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5F353" w14:textId="77777777" w:rsidR="0095264F" w:rsidRDefault="00000000" w:rsidP="0062506E">
      <w:pPr>
        <w:pStyle w:val="Heading1"/>
        <w:jc w:val="center"/>
      </w:pPr>
      <w:r>
        <w:t>PROPERTY CONDITION REPORT (Room-Only Tenancy – NSW)</w:t>
      </w:r>
    </w:p>
    <w:p w14:paraId="6AF72D92" w14:textId="77777777" w:rsidR="0062506E" w:rsidRPr="0062506E" w:rsidRDefault="0062506E" w:rsidP="0062506E"/>
    <w:p w14:paraId="7024739E" w14:textId="1A025CBD" w:rsidR="0095264F" w:rsidRDefault="00000000">
      <w:r>
        <w:t xml:space="preserve">Property Address: </w:t>
      </w:r>
      <w:r w:rsidR="0062506E">
        <w:t xml:space="preserve"> </w:t>
      </w:r>
      <w:r w:rsidR="00D91B37">
        <w:t>TBA</w:t>
      </w:r>
    </w:p>
    <w:p w14:paraId="417464A4" w14:textId="5E55B25E" w:rsidR="0095264F" w:rsidRDefault="00000000">
      <w:r>
        <w:t xml:space="preserve">Room Rented: </w:t>
      </w:r>
      <w:r w:rsidR="00D91B37">
        <w:t>X</w:t>
      </w:r>
    </w:p>
    <w:p w14:paraId="2945C551" w14:textId="339C729D" w:rsidR="0095264F" w:rsidRDefault="00000000">
      <w:r>
        <w:t xml:space="preserve">Tenant Name: </w:t>
      </w:r>
      <w:r w:rsidR="00D91B37">
        <w:t>(Student name)</w:t>
      </w:r>
    </w:p>
    <w:p w14:paraId="74AF70D1" w14:textId="6A911378" w:rsidR="0095264F" w:rsidRDefault="00000000">
      <w:r>
        <w:t xml:space="preserve">Landlord Name: </w:t>
      </w:r>
      <w:r w:rsidR="00D91B37">
        <w:t>(Landlord name)</w:t>
      </w:r>
    </w:p>
    <w:p w14:paraId="0987EB34" w14:textId="1BB0DC31" w:rsidR="0095264F" w:rsidRDefault="00000000">
      <w:r>
        <w:t xml:space="preserve">Tenancy Start Date: </w:t>
      </w:r>
      <w:r w:rsidR="00D91B37">
        <w:t>TBA</w:t>
      </w:r>
    </w:p>
    <w:p w14:paraId="01AD6212" w14:textId="77777777" w:rsidR="0062506E" w:rsidRDefault="0062506E"/>
    <w:p w14:paraId="26A7E31D" w14:textId="1C5B9D47" w:rsidR="0095264F" w:rsidRDefault="00000000">
      <w:r>
        <w:t>This condition report records the condition of the property at the start of the tenancy.</w:t>
      </w:r>
    </w:p>
    <w:p w14:paraId="11C09A18" w14:textId="77777777" w:rsidR="0095264F" w:rsidRDefault="00000000">
      <w:r>
        <w:t>Please review and return within 7 days of moving in.</w:t>
      </w:r>
    </w:p>
    <w:p w14:paraId="24E433EE" w14:textId="77777777" w:rsidR="0095264F" w:rsidRDefault="0095264F"/>
    <w:p w14:paraId="61A9078D" w14:textId="77777777" w:rsidR="0095264F" w:rsidRPr="009F3FED" w:rsidRDefault="00000000">
      <w:pPr>
        <w:rPr>
          <w:b/>
          <w:bCs/>
        </w:rPr>
      </w:pPr>
      <w:r w:rsidRPr="009F3FED">
        <w:rPr>
          <w:b/>
          <w:bCs/>
        </w:rPr>
        <w:t>PRIVATE AREA – TENANT’S ROOM</w:t>
      </w:r>
    </w:p>
    <w:p w14:paraId="2C93A11D" w14:textId="06425330" w:rsidR="0095264F" w:rsidRDefault="00000000">
      <w:r>
        <w:t xml:space="preserve">Walls / Paint: </w:t>
      </w:r>
      <w:r w:rsidRPr="0062506E">
        <w:t>Good</w:t>
      </w:r>
      <w:r w:rsidRPr="0062506E">
        <w:rPr>
          <w:b/>
          <w:bCs/>
        </w:rPr>
        <w:t xml:space="preserve"> </w:t>
      </w:r>
      <w:r w:rsidR="0062506E">
        <w:rPr>
          <w:bdr w:val="single" w:sz="4" w:space="0" w:color="auto"/>
        </w:rPr>
        <w:t>X</w:t>
      </w:r>
      <w:r>
        <w:t xml:space="preserve">  Fair ☐  Poor ☐</w:t>
      </w:r>
    </w:p>
    <w:p w14:paraId="369896CC" w14:textId="29B8DA81" w:rsidR="0095264F" w:rsidRDefault="00000000">
      <w:r>
        <w:t xml:space="preserve">Floor / Carpet: </w:t>
      </w:r>
      <w:r w:rsidR="0062506E" w:rsidRPr="0062506E">
        <w:t>Good</w:t>
      </w:r>
      <w:r w:rsidR="0062506E" w:rsidRPr="0062506E">
        <w:rPr>
          <w:b/>
          <w:bCs/>
        </w:rPr>
        <w:t xml:space="preserve"> </w:t>
      </w:r>
      <w:r w:rsidR="0062506E">
        <w:rPr>
          <w:bdr w:val="single" w:sz="4" w:space="0" w:color="auto"/>
        </w:rPr>
        <w:t>X</w:t>
      </w:r>
      <w:r>
        <w:t xml:space="preserve">  Fair ☐  Poor ☐</w:t>
      </w:r>
    </w:p>
    <w:p w14:paraId="16DDF1F8" w14:textId="1B23E933" w:rsidR="0095264F" w:rsidRDefault="00000000">
      <w:r>
        <w:t xml:space="preserve">Door &amp; Lock: </w:t>
      </w:r>
      <w:r w:rsidR="0062506E" w:rsidRPr="0062506E">
        <w:t>Good</w:t>
      </w:r>
      <w:r w:rsidR="0062506E" w:rsidRPr="0062506E">
        <w:rPr>
          <w:b/>
          <w:bCs/>
        </w:rPr>
        <w:t xml:space="preserve"> </w:t>
      </w:r>
      <w:r w:rsidR="0062506E">
        <w:rPr>
          <w:bdr w:val="single" w:sz="4" w:space="0" w:color="auto"/>
        </w:rPr>
        <w:t>X</w:t>
      </w:r>
      <w:r>
        <w:t xml:space="preserve">  Fair ☐  Poor ☐</w:t>
      </w:r>
    </w:p>
    <w:p w14:paraId="5B98731C" w14:textId="1FD1BFE0" w:rsidR="0095264F" w:rsidRDefault="00000000">
      <w:r>
        <w:t xml:space="preserve">Window / Blinds: </w:t>
      </w:r>
      <w:r w:rsidR="0062506E" w:rsidRPr="0062506E">
        <w:t>Good</w:t>
      </w:r>
      <w:r w:rsidR="0062506E" w:rsidRPr="0062506E">
        <w:rPr>
          <w:b/>
          <w:bCs/>
        </w:rPr>
        <w:t xml:space="preserve"> </w:t>
      </w:r>
      <w:r w:rsidR="0062506E">
        <w:rPr>
          <w:bdr w:val="single" w:sz="4" w:space="0" w:color="auto"/>
        </w:rPr>
        <w:t>X</w:t>
      </w:r>
      <w:r>
        <w:t xml:space="preserve">  Fair ☐  Poor ☐</w:t>
      </w:r>
    </w:p>
    <w:p w14:paraId="0284E5F9" w14:textId="2FE5C672" w:rsidR="0095264F" w:rsidRDefault="00000000">
      <w:r>
        <w:t xml:space="preserve">Light &amp; Power Points: </w:t>
      </w:r>
      <w:r w:rsidR="0062506E" w:rsidRPr="0062506E">
        <w:t>Good</w:t>
      </w:r>
      <w:r w:rsidR="0062506E" w:rsidRPr="0062506E">
        <w:rPr>
          <w:b/>
          <w:bCs/>
        </w:rPr>
        <w:t xml:space="preserve"> </w:t>
      </w:r>
      <w:r w:rsidR="0062506E">
        <w:rPr>
          <w:bdr w:val="single" w:sz="4" w:space="0" w:color="auto"/>
        </w:rPr>
        <w:t>X</w:t>
      </w:r>
      <w:r>
        <w:t xml:space="preserve">  Fair ☐  Poor ☐</w:t>
      </w:r>
    </w:p>
    <w:p w14:paraId="19C5321F" w14:textId="77777777" w:rsidR="009F3FED" w:rsidRDefault="009F3FED" w:rsidP="009F3FED">
      <w:r>
        <w:t xml:space="preserve">Air Conditioning: </w:t>
      </w:r>
      <w:r w:rsidRPr="0062506E">
        <w:t>Good</w:t>
      </w:r>
      <w:r w:rsidRPr="0062506E">
        <w:rPr>
          <w:b/>
          <w:bCs/>
        </w:rPr>
        <w:t xml:space="preserve"> </w:t>
      </w:r>
      <w:r>
        <w:rPr>
          <w:bdr w:val="single" w:sz="4" w:space="0" w:color="auto"/>
        </w:rPr>
        <w:t>X</w:t>
      </w:r>
      <w:r>
        <w:t xml:space="preserve">  Fair ☐  Poor ☐</w:t>
      </w:r>
    </w:p>
    <w:p w14:paraId="3F772B0B" w14:textId="77777777" w:rsidR="0095264F" w:rsidRDefault="0095264F"/>
    <w:p w14:paraId="59BB1791" w14:textId="77777777" w:rsidR="0095264F" w:rsidRPr="009F3FED" w:rsidRDefault="00000000">
      <w:pPr>
        <w:rPr>
          <w:b/>
          <w:bCs/>
        </w:rPr>
      </w:pPr>
      <w:r w:rsidRPr="009F3FED">
        <w:rPr>
          <w:b/>
          <w:bCs/>
        </w:rPr>
        <w:t>FURNITURE (if provided)</w:t>
      </w:r>
    </w:p>
    <w:p w14:paraId="79840CF5" w14:textId="5DEA4516" w:rsidR="0095264F" w:rsidRDefault="00000000">
      <w:r>
        <w:t xml:space="preserve">Bed / Mattress: </w:t>
      </w:r>
      <w:r w:rsidR="0062506E" w:rsidRPr="0062506E">
        <w:t>Good</w:t>
      </w:r>
      <w:r w:rsidR="0062506E" w:rsidRPr="0062506E">
        <w:rPr>
          <w:b/>
          <w:bCs/>
        </w:rPr>
        <w:t xml:space="preserve"> </w:t>
      </w:r>
      <w:r w:rsidR="0062506E">
        <w:rPr>
          <w:bdr w:val="single" w:sz="4" w:space="0" w:color="auto"/>
        </w:rPr>
        <w:t>X</w:t>
      </w:r>
      <w:r>
        <w:t xml:space="preserve">  Fair ☐  Poor ☐</w:t>
      </w:r>
    </w:p>
    <w:p w14:paraId="59F219CC" w14:textId="05FE51CD" w:rsidR="0095264F" w:rsidRDefault="00000000">
      <w:r>
        <w:t xml:space="preserve">Wardrobe: </w:t>
      </w:r>
      <w:r w:rsidR="0062506E" w:rsidRPr="0062506E">
        <w:t>Good</w:t>
      </w:r>
      <w:r w:rsidR="0062506E" w:rsidRPr="0062506E">
        <w:rPr>
          <w:b/>
          <w:bCs/>
        </w:rPr>
        <w:t xml:space="preserve"> </w:t>
      </w:r>
      <w:r w:rsidR="0062506E">
        <w:rPr>
          <w:bdr w:val="single" w:sz="4" w:space="0" w:color="auto"/>
        </w:rPr>
        <w:t>X</w:t>
      </w:r>
      <w:r>
        <w:t xml:space="preserve">  Fair ☐  Poor ☐</w:t>
      </w:r>
    </w:p>
    <w:p w14:paraId="37D49E9F" w14:textId="4FBB8650" w:rsidR="0095264F" w:rsidRDefault="00000000">
      <w:r>
        <w:t xml:space="preserve">Desk / Chair: </w:t>
      </w:r>
      <w:r w:rsidR="0062506E" w:rsidRPr="0062506E">
        <w:t>Good</w:t>
      </w:r>
      <w:r w:rsidR="0062506E" w:rsidRPr="0062506E">
        <w:rPr>
          <w:b/>
          <w:bCs/>
        </w:rPr>
        <w:t xml:space="preserve"> </w:t>
      </w:r>
      <w:r w:rsidR="0062506E">
        <w:rPr>
          <w:bdr w:val="single" w:sz="4" w:space="0" w:color="auto"/>
        </w:rPr>
        <w:t>X</w:t>
      </w:r>
      <w:r>
        <w:t xml:space="preserve">  Fair ☐  Poor ☐</w:t>
      </w:r>
    </w:p>
    <w:p w14:paraId="72D608BC" w14:textId="77777777" w:rsidR="0095264F" w:rsidRDefault="0095264F"/>
    <w:p w14:paraId="1819FF5F" w14:textId="77777777" w:rsidR="0095264F" w:rsidRPr="009F3FED" w:rsidRDefault="00000000">
      <w:pPr>
        <w:rPr>
          <w:b/>
          <w:bCs/>
        </w:rPr>
      </w:pPr>
      <w:r w:rsidRPr="009F3FED">
        <w:rPr>
          <w:b/>
          <w:bCs/>
        </w:rPr>
        <w:t>SHARED AREAS (Common Use)</w:t>
      </w:r>
    </w:p>
    <w:p w14:paraId="3866A8B8" w14:textId="2A87D38E" w:rsidR="0095264F" w:rsidRDefault="00000000">
      <w:r>
        <w:lastRenderedPageBreak/>
        <w:t xml:space="preserve">Bathroom condition: </w:t>
      </w:r>
      <w:r w:rsidR="0062506E" w:rsidRPr="0062506E">
        <w:t>Good</w:t>
      </w:r>
      <w:r w:rsidR="0062506E" w:rsidRPr="0062506E">
        <w:rPr>
          <w:b/>
          <w:bCs/>
        </w:rPr>
        <w:t xml:space="preserve"> </w:t>
      </w:r>
      <w:r w:rsidR="0062506E">
        <w:rPr>
          <w:bdr w:val="single" w:sz="4" w:space="0" w:color="auto"/>
        </w:rPr>
        <w:t>X</w:t>
      </w:r>
      <w:r>
        <w:t xml:space="preserve">  Fair ☐  Poor ☐</w:t>
      </w:r>
    </w:p>
    <w:p w14:paraId="55636014" w14:textId="1DEC2542" w:rsidR="0095264F" w:rsidRDefault="00000000">
      <w:r>
        <w:t xml:space="preserve">Kitchen condition: </w:t>
      </w:r>
      <w:r w:rsidR="0062506E" w:rsidRPr="0062506E">
        <w:t>Good</w:t>
      </w:r>
      <w:r w:rsidR="0062506E" w:rsidRPr="0062506E">
        <w:rPr>
          <w:b/>
          <w:bCs/>
        </w:rPr>
        <w:t xml:space="preserve"> </w:t>
      </w:r>
      <w:r w:rsidR="0062506E">
        <w:rPr>
          <w:bdr w:val="single" w:sz="4" w:space="0" w:color="auto"/>
        </w:rPr>
        <w:t>X</w:t>
      </w:r>
      <w:r>
        <w:t xml:space="preserve">  Fair ☐  Poor ☐</w:t>
      </w:r>
    </w:p>
    <w:p w14:paraId="36CD1FDE" w14:textId="77777777" w:rsidR="0062506E" w:rsidRDefault="0062506E"/>
    <w:p w14:paraId="51FD9D58" w14:textId="200D3C40" w:rsidR="0095264F" w:rsidRDefault="00000000">
      <w:r>
        <w:t>ADDITIONAL NOTES:</w:t>
      </w:r>
    </w:p>
    <w:p w14:paraId="098A1343" w14:textId="77777777" w:rsidR="0095264F" w:rsidRDefault="00000000">
      <w:r>
        <w:t>___________________________________________________</w:t>
      </w:r>
    </w:p>
    <w:p w14:paraId="1111A019" w14:textId="77777777" w:rsidR="0095264F" w:rsidRDefault="0095264F"/>
    <w:p w14:paraId="6094C197" w14:textId="4FE13D5A" w:rsidR="00D91B37" w:rsidRDefault="00000000">
      <w:r>
        <w:t xml:space="preserve">Landlord Signature: </w:t>
      </w:r>
      <w:r w:rsidR="00D91B37">
        <w:rPr>
          <w:rFonts w:ascii="Brush Script MT" w:hAnsi="Brush Script MT"/>
          <w:sz w:val="36"/>
          <w:szCs w:val="36"/>
        </w:rPr>
        <w:t>(signature)</w:t>
      </w:r>
      <w:r>
        <w:t xml:space="preserve"> </w:t>
      </w:r>
    </w:p>
    <w:p w14:paraId="6C379FBE" w14:textId="784D25C5" w:rsidR="0095264F" w:rsidRDefault="00000000">
      <w:r>
        <w:t xml:space="preserve">Date: </w:t>
      </w:r>
      <w:r w:rsidR="00D91B37">
        <w:t>TBA</w:t>
      </w:r>
    </w:p>
    <w:p w14:paraId="2CF832DC" w14:textId="77777777" w:rsidR="0095264F" w:rsidRDefault="00000000">
      <w:r>
        <w:t>Tenant Signature: ____________________ Date: _______</w:t>
      </w:r>
    </w:p>
    <w:sectPr w:rsidR="0095264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9427182">
    <w:abstractNumId w:val="8"/>
  </w:num>
  <w:num w:numId="2" w16cid:durableId="2090611575">
    <w:abstractNumId w:val="6"/>
  </w:num>
  <w:num w:numId="3" w16cid:durableId="1239710437">
    <w:abstractNumId w:val="5"/>
  </w:num>
  <w:num w:numId="4" w16cid:durableId="998656254">
    <w:abstractNumId w:val="4"/>
  </w:num>
  <w:num w:numId="5" w16cid:durableId="1832016506">
    <w:abstractNumId w:val="7"/>
  </w:num>
  <w:num w:numId="6" w16cid:durableId="179241459">
    <w:abstractNumId w:val="3"/>
  </w:num>
  <w:num w:numId="7" w16cid:durableId="240995058">
    <w:abstractNumId w:val="2"/>
  </w:num>
  <w:num w:numId="8" w16cid:durableId="243615606">
    <w:abstractNumId w:val="1"/>
  </w:num>
  <w:num w:numId="9" w16cid:durableId="247809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4395"/>
    <w:rsid w:val="0015074B"/>
    <w:rsid w:val="00283484"/>
    <w:rsid w:val="0029639D"/>
    <w:rsid w:val="00326F90"/>
    <w:rsid w:val="00624A68"/>
    <w:rsid w:val="0062506E"/>
    <w:rsid w:val="007866AF"/>
    <w:rsid w:val="0095264F"/>
    <w:rsid w:val="009F3FED"/>
    <w:rsid w:val="00AA1D8D"/>
    <w:rsid w:val="00B47730"/>
    <w:rsid w:val="00CB0664"/>
    <w:rsid w:val="00D91B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884755"/>
  <w14:defaultImageDpi w14:val="300"/>
  <w15:docId w15:val="{5540B64A-1129-42B3-B5CF-52793B2F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603dfd7-d93a-4381-a340-2995d8282205}" enabled="1" method="Standard" siteId="{05a0e69a-418a-47c1-9c25-9387261bf9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 Zhou</cp:lastModifiedBy>
  <cp:revision>3</cp:revision>
  <dcterms:created xsi:type="dcterms:W3CDTF">2026-07-22T05:32:00Z</dcterms:created>
  <dcterms:modified xsi:type="dcterms:W3CDTF">2026-07-22T05:34:00Z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03dfd7-d93a-4381-a340-2995d8282205_Enabled">
    <vt:lpwstr>true</vt:lpwstr>
  </property>
  <property fmtid="{D5CDD505-2E9C-101B-9397-08002B2CF9AE}" pid="3" name="MSIP_Label_b603dfd7-d93a-4381-a340-2995d8282205_SetDate">
    <vt:lpwstr>2026-01-11T01:51:26Z</vt:lpwstr>
  </property>
  <property fmtid="{D5CDD505-2E9C-101B-9397-08002B2CF9AE}" pid="4" name="MSIP_Label_b603dfd7-d93a-4381-a340-2995d8282205_Method">
    <vt:lpwstr>Standard</vt:lpwstr>
  </property>
  <property fmtid="{D5CDD505-2E9C-101B-9397-08002B2CF9AE}" pid="5" name="MSIP_Label_b603dfd7-d93a-4381-a340-2995d8282205_Name">
    <vt:lpwstr>OFFICIAL</vt:lpwstr>
  </property>
  <property fmtid="{D5CDD505-2E9C-101B-9397-08002B2CF9AE}" pid="6" name="MSIP_Label_b603dfd7-d93a-4381-a340-2995d8282205_SiteId">
    <vt:lpwstr>05a0e69a-418a-47c1-9c25-9387261bf991</vt:lpwstr>
  </property>
  <property fmtid="{D5CDD505-2E9C-101B-9397-08002B2CF9AE}" pid="7" name="MSIP_Label_b603dfd7-d93a-4381-a340-2995d8282205_ActionId">
    <vt:lpwstr>d6babeca-6247-4485-8a5e-c960b03d80b0</vt:lpwstr>
  </property>
  <property fmtid="{D5CDD505-2E9C-101B-9397-08002B2CF9AE}" pid="8" name="MSIP_Label_b603dfd7-d93a-4381-a340-2995d8282205_ContentBits">
    <vt:lpwstr>0</vt:lpwstr>
  </property>
  <property fmtid="{D5CDD505-2E9C-101B-9397-08002B2CF9AE}" pid="9" name="MSIP_Label_b603dfd7-d93a-4381-a340-2995d8282205_Tag">
    <vt:lpwstr>10, 3, 0, 1</vt:lpwstr>
  </property>
</Properties>
</file>